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Calibri" w:hAnsi="Calibri"/>
          <w:b/>
          <w:color w:val="1C1915"/>
          <w:sz w:val="44"/>
        </w:rPr>
        <w:t>Dog Walkers Brentwood</w:t>
      </w:r>
    </w:p>
    <w:p>
      <w:pPr>
        <w:spacing w:before="0" w:after="120"/>
      </w:pPr>
      <w:r>
        <w:rPr>
          <w:rFonts w:ascii="Calibri" w:hAnsi="Calibri"/>
          <w:b/>
          <w:color w:val="C4532A"/>
          <w:sz w:val="24"/>
        </w:rPr>
        <w:t>by Jim and Emily  ·  Client form</w:t>
      </w:r>
    </w:p>
    <w:p>
      <w:pPr>
        <w:spacing w:after="120"/>
      </w:pPr>
      <w:r>
        <w:rPr>
          <w:rFonts w:ascii="Calibri" w:hAnsi="Calibri"/>
          <w:sz w:val="22"/>
        </w:rPr>
        <w:t>Fill this in and email it to jimothy1977@gmail.com. Include at least one clear photo of your animal. Paste it into the box, or attach it to the email. The first walk is free, so we can both see if we are happy.</w:t>
      </w:r>
    </w:p>
    <w:p>
      <w:pPr>
        <w:spacing w:before="240" w:after="80"/>
      </w:pPr>
      <w:r>
        <w:rPr>
          <w:rFonts w:ascii="Calibri" w:hAnsi="Calibri"/>
          <w:b/>
          <w:color w:val="1E4634"/>
          <w:sz w:val="28"/>
        </w:rPr>
        <w:t>Prices</w:t>
      </w:r>
    </w:p>
    <w:tbl>
      <w:tblPr>
        <w:tblW w:type="auto" w:w="0"/>
        <w:tblLayout w:type="fixed"/>
        <w:tblLook w:firstColumn="1" w:firstRow="1" w:lastColumn="0" w:lastRow="0" w:noHBand="0" w:noVBand="1" w:val="04A0"/>
      </w:tblPr>
      <w:tblGrid>
        <w:gridCol w:w="6236"/>
        <w:gridCol w:w="3515"/>
      </w:tblGrid>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0"/>
              </w:rPr>
              <w:t>Group dog walk</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0"/>
              </w:rPr>
              <w:t>£12 for 30 minutes, £15 for 1 hour. Groups are 4 dogs at most.</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0"/>
              </w:rPr>
              <w:t>Solo dog walk</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0"/>
              </w:rPr>
              <w:t>£12 for 30 minutes, £22 for 1 hour</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0"/>
              </w:rPr>
              <w:t>Feeding visit (cat, rabbit, guinea pig, snake, parrot or fish)</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0"/>
              </w:rPr>
              <w:t>£12</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0"/>
              </w:rPr>
              <w:t>Dog sitting in your house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0"/>
              </w:rPr>
              <w:t>£12 for 30 minutes, £22 an hour, or £70 overnight (up to 12 hours, then £15 an hour)</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0"/>
              </w:rPr>
              <w:t>Dog boarding at our home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0"/>
              </w:rPr>
              <w:t>£40 a night, or £40 a day for doggy day care</w:t>
            </w:r>
          </w:p>
        </w:tc>
      </w:tr>
    </w:tbl>
    <w:p>
      <w:pPr>
        <w:spacing w:after="0"/>
      </w:pPr>
    </w:p>
    <w:p>
      <w:pPr>
        <w:spacing w:before="240" w:after="80"/>
      </w:pPr>
      <w:r>
        <w:rPr>
          <w:rFonts w:ascii="Calibri" w:hAnsi="Calibri"/>
          <w:b/>
          <w:color w:val="1E4634"/>
          <w:sz w:val="28"/>
        </w:rPr>
        <w:t>You</w:t>
      </w:r>
    </w:p>
    <w:tbl>
      <w:tblPr>
        <w:tblW w:type="auto" w:w="0"/>
        <w:tblLayout w:type="fixed"/>
        <w:tblLook w:firstColumn="1" w:firstRow="1" w:lastColumn="0" w:lastRow="0" w:noHBand="0" w:noVBand="1" w:val="04A0"/>
      </w:tblPr>
      <w:tblGrid>
        <w:gridCol w:w="3175"/>
        <w:gridCol w:w="6576"/>
      </w:tblGrid>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Your name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Phone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Email address</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Home address</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bl>
    <w:p>
      <w:pPr>
        <w:spacing w:after="0"/>
      </w:pPr>
    </w:p>
    <w:p>
      <w:pPr>
        <w:spacing w:before="240" w:after="80"/>
      </w:pPr>
      <w:r>
        <w:rPr>
          <w:rFonts w:ascii="Calibri" w:hAnsi="Calibri"/>
          <w:b/>
          <w:color w:val="1E4634"/>
          <w:sz w:val="28"/>
        </w:rPr>
        <w:t>Emergency contact</w:t>
      </w:r>
    </w:p>
    <w:p>
      <w:pPr>
        <w:spacing w:before="0" w:after="80"/>
      </w:pPr>
      <w:r>
        <w:rPr>
          <w:i/>
          <w:color w:val="5C564C"/>
          <w:sz w:val="20"/>
        </w:rPr>
        <w:t>Someone other than you, who can be reached while we have your animal.</w:t>
      </w:r>
    </w:p>
    <w:tbl>
      <w:tblPr>
        <w:tblW w:type="auto" w:w="0"/>
        <w:tblLayout w:type="fixed"/>
        <w:tblLook w:firstColumn="1" w:firstRow="1" w:lastColumn="0" w:lastRow="0" w:noHBand="0" w:noVBand="1" w:val="04A0"/>
      </w:tblPr>
      <w:tblGrid>
        <w:gridCol w:w="3175"/>
        <w:gridCol w:w="6576"/>
      </w:tblGrid>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Their name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Their phone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Who they are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bl>
    <w:p>
      <w:pPr>
        <w:spacing w:after="0"/>
      </w:pPr>
    </w:p>
    <w:p>
      <w:pPr>
        <w:spacing w:before="240" w:after="80"/>
      </w:pPr>
      <w:r>
        <w:rPr>
          <w:rFonts w:ascii="Calibri" w:hAnsi="Calibri"/>
          <w:b/>
          <w:color w:val="1E4634"/>
          <w:sz w:val="28"/>
        </w:rPr>
        <w:t>The animal</w:t>
      </w:r>
    </w:p>
    <w:tbl>
      <w:tblPr>
        <w:tblW w:type="auto" w:w="0"/>
        <w:tblLayout w:type="fixed"/>
        <w:tblLook w:firstColumn="1" w:firstRow="1" w:lastColumn="0" w:lastRow="0" w:noHBand="0" w:noVBand="1" w:val="04A0"/>
      </w:tblPr>
      <w:tblGrid>
        <w:gridCol w:w="3175"/>
        <w:gridCol w:w="6576"/>
      </w:tblGrid>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Animal's name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What they are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Dog / Cat / Rabbit / Guinea pig / Snake / Parrot / Fish</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Breed or type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Age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rPr>
          <w:trHeight w:val="2948" w:hRule="atLeast"/>
        </w:trP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Photo of the animal</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Paste at least one photo here. A minimum of one picture is required.</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Off the lead?</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  Yes          ☐  No</w:t>
            </w:r>
          </w:p>
        </w:tc>
      </w:tr>
      <w:tr>
        <w:trPr>
          <w:trHeight w:val="1701" w:hRule="atLeast"/>
        </w:trP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Allergies and conditions</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Anything important we must know: allergies, medication, illness, or other conditions.</w:t>
            </w:r>
          </w:p>
        </w:tc>
      </w:tr>
      <w:tr>
        <w:trPr>
          <w:trHeight w:val="1247" w:hRule="atLeast"/>
        </w:trP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What else they need</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Food, fears, other animals, or anything we must not do.</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Vet name and phone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bl>
    <w:p>
      <w:pPr>
        <w:spacing w:after="0"/>
      </w:pPr>
    </w:p>
    <w:p>
      <w:pPr>
        <w:spacing w:before="240" w:after="80"/>
      </w:pPr>
      <w:r>
        <w:rPr>
          <w:rFonts w:ascii="Calibri" w:hAnsi="Calibri"/>
          <w:b/>
          <w:color w:val="1E4634"/>
          <w:sz w:val="28"/>
        </w:rPr>
        <w:t>The visit</w:t>
      </w:r>
    </w:p>
    <w:tbl>
      <w:tblPr>
        <w:tblW w:type="auto" w:w="0"/>
        <w:tblLayout w:type="fixed"/>
        <w:tblLook w:firstColumn="1" w:firstRow="1" w:lastColumn="0" w:lastRow="0" w:noHBand="0" w:noVBand="1" w:val="04A0"/>
      </w:tblPr>
      <w:tblGrid>
        <w:gridCol w:w="3175"/>
        <w:gridCol w:w="6576"/>
      </w:tblGrid>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What do you need?</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Dog walk / Feeding visit / Dog sitting / Dog boarding</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Point of collection</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Time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How long</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30 minutes / 1 hour / a feeding visit / overnight / boarding</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First date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How we get in</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Key safe, gate, bell, or you will be in</w:t>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Regular days</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t>Mon ☐    Tue ☐    Wed ☐    Thu ☐    Fri ☐    Sat ☐    Sun ☐</w:t>
            </w:r>
          </w:p>
        </w:tc>
      </w:tr>
      <w:tr>
        <w:trPr>
          <w:trHeight w:val="1134" w:hRule="atLeast"/>
        </w:trP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Anything else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bl>
    <w:p>
      <w:pPr>
        <w:spacing w:after="0"/>
      </w:pPr>
    </w:p>
    <w:p>
      <w:pPr>
        <w:spacing w:before="240" w:after="80"/>
      </w:pPr>
      <w:r>
        <w:rPr>
          <w:rFonts w:ascii="Calibri" w:hAnsi="Calibri"/>
          <w:b/>
          <w:color w:val="1E4634"/>
          <w:sz w:val="28"/>
        </w:rPr>
        <w:t>Your confirmation</w:t>
      </w:r>
    </w:p>
    <w:tbl>
      <w:tblPr>
        <w:tblW w:type="auto" w:w="0"/>
        <w:tblLayout w:type="fixed"/>
        <w:tblLook w:firstColumn="1" w:firstRow="1" w:lastColumn="0" w:lastRow="0" w:noHBand="0" w:noVBand="1" w:val="04A0"/>
      </w:tblPr>
      <w:tblGrid>
        <w:gridCol w:w="3175"/>
        <w:gridCol w:w="6576"/>
      </w:tblGrid>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Signed</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r>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6F1E7" w:val="clear"/>
          </w:tcPr>
          <w:p>
            <w:pPr>
              <w:spacing w:before="0" w:after="0"/>
            </w:pPr>
            <w:r/>
            <w:r>
              <w:rPr>
                <w:rFonts w:ascii="Calibri" w:hAnsi="Calibri"/>
                <w:b/>
                <w:color w:val="1C1915"/>
                <w:sz w:val="22"/>
              </w:rPr>
              <w:t>Date</w:t>
            </w:r>
          </w:p>
        </w:tc>
        <w:tc>
          <w:tcPr>
            <w:tcW w:type="dxa" w:w="5213"/>
            <w:tcBorders>
              <w:top w:val="single" w:sz="4" w:color="E6DFD2"/>
              <w:left w:val="single" w:sz="4" w:color="E6DFD2"/>
              <w:bottom w:val="single" w:sz="4" w:color="E6DFD2"/>
              <w:right w:val="single" w:sz="4" w:color="E6DFD2"/>
            </w:tcBorders>
            <w:tcMar>
              <w:top w:w="60" w:type="dxa"/>
              <w:left w:w="80" w:type="dxa"/>
              <w:bottom w:w="60" w:type="dxa"/>
              <w:right w:w="80" w:type="dxa"/>
            </w:tcMar>
            <w:shd w:fill="FFFDF8" w:val="clear"/>
          </w:tcPr>
          <w:p>
            <w:pPr>
              <w:spacing w:before="0" w:after="0"/>
            </w:pPr>
            <w:r/>
            <w:r>
              <w:rPr>
                <w:rFonts w:ascii="Calibri" w:hAnsi="Calibri"/>
                <w:b w:val="0"/>
                <w:color w:val="1C1915"/>
                <w:sz w:val="22"/>
              </w:rPr>
            </w:r>
          </w:p>
        </w:tc>
      </w:tr>
    </w:tbl>
    <w:p>
      <w:pPr>
        <w:spacing w:after="0"/>
      </w:pPr>
    </w:p>
    <w:p>
      <w:pPr>
        <w:spacing w:before="160"/>
      </w:pPr>
      <w:r>
        <w:rPr>
          <w:rFonts w:ascii="Calibri" w:hAnsi="Calibri"/>
          <w:color w:val="5C564C"/>
          <w:sz w:val="18"/>
        </w:rPr>
        <w:t>Dog Walkers Brentwood  ·  jimothy1977@gmail.com  ·  Brentwood, Shenfield, Hutton and nearby villages</w:t>
      </w:r>
    </w:p>
    <w:sectPr w:rsidR="00FC693F" w:rsidRPr="0006063C" w:rsidSect="00034616">
      <w:pgSz w:w="12240" w:h="15840"/>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